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52560" w14:textId="77777777" w:rsidR="007A1F65" w:rsidRPr="003C5CDE" w:rsidRDefault="007A1F65" w:rsidP="007A1F65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  <w:lang w:val="fr-FR"/>
        </w:rPr>
      </w:pPr>
    </w:p>
    <w:p w14:paraId="3800279F" w14:textId="706D8E33" w:rsidR="007A1F65" w:rsidRPr="003C5CDE" w:rsidRDefault="001A7703" w:rsidP="007A1F65">
      <w:pPr>
        <w:spacing w:after="0" w:line="240" w:lineRule="auto"/>
        <w:jc w:val="center"/>
        <w:rPr>
          <w:rFonts w:asciiTheme="majorHAnsi" w:hAnsiTheme="majorHAnsi"/>
          <w:b/>
          <w:bCs/>
          <w:color w:val="548DD4" w:themeColor="text2" w:themeTint="99"/>
          <w:sz w:val="28"/>
          <w:szCs w:val="28"/>
          <w:lang w:val="fr-FR"/>
        </w:rPr>
      </w:pPr>
      <w:r w:rsidRPr="003C5CDE">
        <w:rPr>
          <w:rFonts w:asciiTheme="majorHAnsi" w:hAnsiTheme="majorHAnsi"/>
          <w:b/>
          <w:bCs/>
          <w:color w:val="548DD4" w:themeColor="text2" w:themeTint="99"/>
          <w:sz w:val="28"/>
          <w:szCs w:val="28"/>
          <w:lang w:val="fr-FR"/>
        </w:rPr>
        <w:t>Programme esprit d’entreprendre et d’innover en entreprise</w:t>
      </w:r>
    </w:p>
    <w:p w14:paraId="1211D913" w14:textId="35D1D96D" w:rsidR="007A1F65" w:rsidRPr="003C5CDE" w:rsidRDefault="007A1F65" w:rsidP="007A1F65">
      <w:pPr>
        <w:spacing w:after="0" w:line="240" w:lineRule="auto"/>
        <w:jc w:val="center"/>
        <w:rPr>
          <w:rFonts w:asciiTheme="majorHAnsi" w:hAnsiTheme="majorHAnsi"/>
          <w:b/>
          <w:bCs/>
          <w:color w:val="548DD4" w:themeColor="text2" w:themeTint="99"/>
          <w:sz w:val="28"/>
          <w:szCs w:val="28"/>
          <w:lang w:val="fr-FR"/>
        </w:rPr>
      </w:pPr>
      <w:r w:rsidRPr="003C5CDE">
        <w:rPr>
          <w:rFonts w:asciiTheme="majorHAnsi" w:hAnsiTheme="majorHAnsi"/>
          <w:b/>
          <w:bCs/>
          <w:color w:val="548DD4" w:themeColor="text2" w:themeTint="99"/>
          <w:sz w:val="28"/>
          <w:szCs w:val="28"/>
          <w:lang w:val="fr-FR"/>
        </w:rPr>
        <w:t>Bourses de prototypage 202</w:t>
      </w:r>
      <w:r w:rsidR="00831BAC">
        <w:rPr>
          <w:rFonts w:asciiTheme="majorHAnsi" w:hAnsiTheme="majorHAnsi"/>
          <w:b/>
          <w:bCs/>
          <w:color w:val="548DD4" w:themeColor="text2" w:themeTint="99"/>
          <w:sz w:val="28"/>
          <w:szCs w:val="28"/>
          <w:lang w:val="fr-FR"/>
        </w:rPr>
        <w:t>6</w:t>
      </w:r>
    </w:p>
    <w:p w14:paraId="72EB6F3F" w14:textId="5F459E8B" w:rsidR="007A1F65" w:rsidRPr="003C5CDE" w:rsidRDefault="007A1F65" w:rsidP="007A1F65">
      <w:pPr>
        <w:spacing w:after="0" w:line="240" w:lineRule="auto"/>
        <w:jc w:val="center"/>
        <w:rPr>
          <w:rFonts w:asciiTheme="majorHAnsi" w:hAnsiTheme="majorHAnsi"/>
          <w:b/>
          <w:bCs/>
          <w:color w:val="548DD4" w:themeColor="text2" w:themeTint="99"/>
          <w:sz w:val="28"/>
          <w:szCs w:val="28"/>
          <w:lang w:val="fr-FR"/>
        </w:rPr>
      </w:pPr>
      <w:r w:rsidRPr="003C5CDE">
        <w:rPr>
          <w:rFonts w:asciiTheme="majorHAnsi" w:hAnsiTheme="majorHAnsi"/>
          <w:b/>
          <w:bCs/>
          <w:color w:val="548DD4" w:themeColor="text2" w:themeTint="99"/>
          <w:sz w:val="28"/>
          <w:szCs w:val="28"/>
          <w:lang w:val="fr-FR"/>
        </w:rPr>
        <w:t>Dossier de candidature</w:t>
      </w:r>
    </w:p>
    <w:p w14:paraId="252CBB49" w14:textId="77777777" w:rsidR="00451CBF" w:rsidRPr="003C5CDE" w:rsidRDefault="001A7703">
      <w:pPr>
        <w:pStyle w:val="Titre2"/>
        <w:rPr>
          <w:lang w:val="fr-FR"/>
        </w:rPr>
      </w:pPr>
      <w:r w:rsidRPr="003C5CDE">
        <w:rPr>
          <w:lang w:val="fr-FR"/>
        </w:rPr>
        <w:t>1. Informations générales</w:t>
      </w:r>
    </w:p>
    <w:p w14:paraId="40199312" w14:textId="2DB0012D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• Nom et prénom : .....................................................</w:t>
      </w:r>
    </w:p>
    <w:p w14:paraId="31AABAF6" w14:textId="2EA3116C" w:rsidR="007A1F65" w:rsidRPr="003C5CDE" w:rsidRDefault="007A1F65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• Formation/statut : .....................................................</w:t>
      </w:r>
    </w:p>
    <w:p w14:paraId="302BF22E" w14:textId="259DCC13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• Photo d’identité : (à joindre en fichier séparé)</w:t>
      </w:r>
    </w:p>
    <w:p w14:paraId="20F6A3FB" w14:textId="77777777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• Nom du projet : .....................................................</w:t>
      </w:r>
    </w:p>
    <w:p w14:paraId="30FDA2C9" w14:textId="1F000883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• Candidat porteur du projet (en cas de groupe) : .....................................................</w:t>
      </w:r>
    </w:p>
    <w:p w14:paraId="7187B9F1" w14:textId="721F2F5B" w:rsidR="003C5CDE" w:rsidRPr="003C5CDE" w:rsidRDefault="003C5CDE" w:rsidP="003C5CDE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 xml:space="preserve">• </w:t>
      </w:r>
      <w:r>
        <w:rPr>
          <w:rFonts w:asciiTheme="majorHAnsi" w:hAnsiTheme="majorHAnsi"/>
          <w:lang w:val="fr-FR"/>
        </w:rPr>
        <w:t>Etude</w:t>
      </w:r>
      <w:r w:rsidR="00A7752C">
        <w:rPr>
          <w:rFonts w:asciiTheme="majorHAnsi" w:hAnsiTheme="majorHAnsi"/>
          <w:lang w:val="fr-FR"/>
        </w:rPr>
        <w:t xml:space="preserve"> </w:t>
      </w:r>
      <w:r w:rsidRPr="003C5CDE">
        <w:rPr>
          <w:rFonts w:asciiTheme="majorHAnsi" w:hAnsiTheme="majorHAnsi"/>
          <w:lang w:val="fr-FR"/>
        </w:rPr>
        <w:t>: .....................................................</w:t>
      </w:r>
      <w:bookmarkStart w:id="0" w:name="_GoBack"/>
      <w:bookmarkEnd w:id="0"/>
    </w:p>
    <w:p w14:paraId="0D5AC141" w14:textId="77777777" w:rsidR="00451CBF" w:rsidRPr="003C5CDE" w:rsidRDefault="001A7703">
      <w:pPr>
        <w:pStyle w:val="Titre2"/>
        <w:rPr>
          <w:lang w:val="fr-FR"/>
        </w:rPr>
      </w:pPr>
      <w:r w:rsidRPr="003C5CDE">
        <w:rPr>
          <w:lang w:val="fr-FR"/>
        </w:rPr>
        <w:t>2. Présentation du projet</w:t>
      </w:r>
    </w:p>
    <w:p w14:paraId="6DB491FC" w14:textId="77777777" w:rsidR="00451CBF" w:rsidRPr="003C5CDE" w:rsidRDefault="001A7703">
      <w:pPr>
        <w:pStyle w:val="Titre3"/>
        <w:rPr>
          <w:lang w:val="fr-FR"/>
        </w:rPr>
      </w:pPr>
      <w:r w:rsidRPr="003C5CDE">
        <w:rPr>
          <w:lang w:val="fr-FR"/>
        </w:rPr>
        <w:t>2.1. Enjeux et objectifs</w:t>
      </w:r>
    </w:p>
    <w:p w14:paraId="21F59A66" w14:textId="77777777" w:rsidR="00451CBF" w:rsidRPr="003C5CDE" w:rsidRDefault="001A7703">
      <w:pPr>
        <w:pStyle w:val="Titre3"/>
        <w:rPr>
          <w:lang w:val="fr-FR"/>
        </w:rPr>
      </w:pPr>
      <w:r w:rsidRPr="003C5CDE">
        <w:rPr>
          <w:lang w:val="fr-FR"/>
        </w:rPr>
        <w:t>2.2. Thématique du projet</w:t>
      </w:r>
    </w:p>
    <w:p w14:paraId="4075BFBA" w14:textId="2B7993F4" w:rsidR="007A1F65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Montrer le lien avec la politique scientifique et les priorités de l’Institut Agro :</w:t>
      </w:r>
    </w:p>
    <w:p w14:paraId="66310455" w14:textId="6DD5DC6A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- Transition agroécologique</w:t>
      </w:r>
      <w:r w:rsidRPr="003C5CDE">
        <w:rPr>
          <w:rFonts w:asciiTheme="majorHAnsi" w:hAnsiTheme="majorHAnsi"/>
          <w:lang w:val="fr-FR"/>
        </w:rPr>
        <w:br/>
        <w:t>- Transition alimentaire</w:t>
      </w:r>
      <w:r w:rsidRPr="003C5CDE">
        <w:rPr>
          <w:rFonts w:asciiTheme="majorHAnsi" w:hAnsiTheme="majorHAnsi"/>
          <w:lang w:val="fr-FR"/>
        </w:rPr>
        <w:br/>
        <w:t>- Impact sociétal et territorial</w:t>
      </w:r>
    </w:p>
    <w:p w14:paraId="01802373" w14:textId="77777777" w:rsidR="00451CBF" w:rsidRPr="003C5CDE" w:rsidRDefault="001A7703">
      <w:pPr>
        <w:pStyle w:val="Titre3"/>
        <w:rPr>
          <w:lang w:val="fr-FR"/>
        </w:rPr>
      </w:pPr>
      <w:r w:rsidRPr="003C5CDE">
        <w:rPr>
          <w:lang w:val="fr-FR"/>
        </w:rPr>
        <w:t>2.3. Caractère innovant</w:t>
      </w:r>
    </w:p>
    <w:p w14:paraId="2BDC9BD7" w14:textId="488B1E77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En quoi le projet est-il innovant (technologie, service, organisation, social) ?</w:t>
      </w:r>
    </w:p>
    <w:p w14:paraId="49534F43" w14:textId="77777777" w:rsidR="00451CBF" w:rsidRPr="003C5CDE" w:rsidRDefault="001A7703">
      <w:pPr>
        <w:pStyle w:val="Titre2"/>
        <w:rPr>
          <w:lang w:val="fr-FR"/>
        </w:rPr>
      </w:pPr>
      <w:r w:rsidRPr="003C5CDE">
        <w:rPr>
          <w:lang w:val="fr-FR"/>
        </w:rPr>
        <w:t>3. Plan de mise en œuvre</w:t>
      </w:r>
    </w:p>
    <w:p w14:paraId="1C149F9C" w14:textId="77777777" w:rsidR="00451CBF" w:rsidRPr="003C5CDE" w:rsidRDefault="001A7703">
      <w:pPr>
        <w:pStyle w:val="Titre3"/>
        <w:rPr>
          <w:lang w:val="fr-FR"/>
        </w:rPr>
      </w:pPr>
      <w:r w:rsidRPr="003C5CDE">
        <w:rPr>
          <w:lang w:val="fr-FR"/>
        </w:rPr>
        <w:t>3.1. Activités prévues (si connues)</w:t>
      </w:r>
    </w:p>
    <w:p w14:paraId="5E3BF2CB" w14:textId="1186AE95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Lister les actions prévues (tests, prototypage, ateliers, études, partenariats).</w:t>
      </w:r>
    </w:p>
    <w:p w14:paraId="3CDE4EC1" w14:textId="77777777" w:rsidR="00451CBF" w:rsidRPr="003C5CDE" w:rsidRDefault="001A7703">
      <w:pPr>
        <w:pStyle w:val="Titre3"/>
        <w:rPr>
          <w:lang w:val="fr-FR"/>
        </w:rPr>
      </w:pPr>
      <w:r w:rsidRPr="003C5CDE">
        <w:rPr>
          <w:lang w:val="fr-FR"/>
        </w:rPr>
        <w:t>3.2. Phases du projet</w:t>
      </w:r>
    </w:p>
    <w:p w14:paraId="1C9F0E25" w14:textId="76E444DF" w:rsidR="001A7703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 xml:space="preserve"> Détailler les grandes étapes : par exemple </w:t>
      </w:r>
    </w:p>
    <w:p w14:paraId="3780295E" w14:textId="6E32FF0C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- Idée, Conception/prototype, Expérimentation, déploiement</w:t>
      </w:r>
    </w:p>
    <w:p w14:paraId="356F6A18" w14:textId="0E45E294" w:rsidR="001A7703" w:rsidRPr="003C5CDE" w:rsidRDefault="001A7703">
      <w:pPr>
        <w:rPr>
          <w:rFonts w:asciiTheme="majorHAnsi" w:hAnsiTheme="majorHAnsi"/>
          <w:lang w:val="fr-FR"/>
        </w:rPr>
      </w:pPr>
    </w:p>
    <w:p w14:paraId="2A1202A9" w14:textId="77777777" w:rsidR="001A7703" w:rsidRPr="003C5CDE" w:rsidRDefault="001A7703">
      <w:pPr>
        <w:rPr>
          <w:rFonts w:asciiTheme="majorHAnsi" w:hAnsiTheme="majorHAnsi"/>
          <w:lang w:val="fr-FR"/>
        </w:rPr>
      </w:pPr>
    </w:p>
    <w:p w14:paraId="4ABFBA2A" w14:textId="77777777" w:rsidR="00451CBF" w:rsidRPr="003C5CDE" w:rsidRDefault="001A7703">
      <w:pPr>
        <w:pStyle w:val="Titre2"/>
        <w:rPr>
          <w:lang w:val="fr-FR"/>
        </w:rPr>
      </w:pPr>
      <w:r w:rsidRPr="003C5CDE">
        <w:rPr>
          <w:lang w:val="fr-FR"/>
        </w:rPr>
        <w:lastRenderedPageBreak/>
        <w:t>4. Budget prévisionnel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65"/>
        <w:gridCol w:w="1387"/>
        <w:gridCol w:w="1564"/>
        <w:gridCol w:w="1497"/>
        <w:gridCol w:w="1243"/>
        <w:gridCol w:w="1484"/>
      </w:tblGrid>
      <w:tr w:rsidR="00A7752C" w:rsidRPr="003C5CDE" w14:paraId="66D5CE25" w14:textId="421FCA5F" w:rsidTr="004C64D2">
        <w:tc>
          <w:tcPr>
            <w:tcW w:w="1465" w:type="dxa"/>
          </w:tcPr>
          <w:p w14:paraId="3855ADE2" w14:textId="463A0C0F" w:rsidR="00A7752C" w:rsidRPr="003C5CDE" w:rsidRDefault="00A7752C">
            <w:pPr>
              <w:rPr>
                <w:rFonts w:asciiTheme="majorHAnsi" w:hAnsiTheme="majorHAnsi"/>
                <w:lang w:val="fr-FR"/>
              </w:rPr>
            </w:pPr>
          </w:p>
        </w:tc>
        <w:tc>
          <w:tcPr>
            <w:tcW w:w="2951" w:type="dxa"/>
            <w:gridSpan w:val="2"/>
          </w:tcPr>
          <w:p w14:paraId="7620E3F3" w14:textId="262A7793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3C5CDE">
              <w:rPr>
                <w:rFonts w:asciiTheme="majorHAnsi" w:hAnsiTheme="majorHAnsi"/>
                <w:b/>
                <w:bCs/>
                <w:lang w:val="fr-FR"/>
              </w:rPr>
              <w:t>Dépenses</w:t>
            </w:r>
          </w:p>
        </w:tc>
        <w:tc>
          <w:tcPr>
            <w:tcW w:w="4224" w:type="dxa"/>
            <w:gridSpan w:val="3"/>
          </w:tcPr>
          <w:p w14:paraId="58A37474" w14:textId="246469CB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3C5CDE">
              <w:rPr>
                <w:rFonts w:asciiTheme="majorHAnsi" w:hAnsiTheme="majorHAnsi"/>
                <w:b/>
                <w:bCs/>
                <w:lang w:val="fr-FR"/>
              </w:rPr>
              <w:t>Recettes</w:t>
            </w:r>
          </w:p>
        </w:tc>
      </w:tr>
      <w:tr w:rsidR="00A7752C" w:rsidRPr="003C5CDE" w14:paraId="6902507C" w14:textId="11B76D18" w:rsidTr="00A7752C">
        <w:tc>
          <w:tcPr>
            <w:tcW w:w="1465" w:type="dxa"/>
          </w:tcPr>
          <w:p w14:paraId="2F49461A" w14:textId="3BED6421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3C5CDE">
              <w:rPr>
                <w:rFonts w:asciiTheme="majorHAnsi" w:hAnsiTheme="majorHAnsi"/>
                <w:b/>
                <w:bCs/>
                <w:lang w:val="fr-FR"/>
              </w:rPr>
              <w:t>Poste de dépenses</w:t>
            </w:r>
          </w:p>
        </w:tc>
        <w:tc>
          <w:tcPr>
            <w:tcW w:w="1387" w:type="dxa"/>
          </w:tcPr>
          <w:p w14:paraId="29132BB6" w14:textId="17A3E259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3C5CDE">
              <w:rPr>
                <w:rFonts w:asciiTheme="majorHAnsi" w:hAnsiTheme="majorHAnsi"/>
                <w:b/>
                <w:bCs/>
                <w:lang w:val="fr-FR"/>
              </w:rPr>
              <w:t>Montant (€) 202</w:t>
            </w:r>
            <w:r>
              <w:rPr>
                <w:rFonts w:asciiTheme="majorHAnsi" w:hAnsiTheme="majorHAnsi"/>
                <w:b/>
                <w:bCs/>
                <w:lang w:val="fr-FR"/>
              </w:rPr>
              <w:t>6</w:t>
            </w:r>
          </w:p>
        </w:tc>
        <w:tc>
          <w:tcPr>
            <w:tcW w:w="1564" w:type="dxa"/>
          </w:tcPr>
          <w:p w14:paraId="5F80BDE8" w14:textId="4DF5F5BC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 xml:space="preserve">Prévisionnel </w:t>
            </w:r>
            <w:r w:rsidRPr="003C5CDE">
              <w:rPr>
                <w:rFonts w:asciiTheme="majorHAnsi" w:hAnsiTheme="majorHAnsi"/>
                <w:b/>
                <w:bCs/>
                <w:lang w:val="fr-FR"/>
              </w:rPr>
              <w:t>(€) 202</w:t>
            </w:r>
            <w:r>
              <w:rPr>
                <w:rFonts w:asciiTheme="majorHAnsi" w:hAnsiTheme="majorHAnsi"/>
                <w:b/>
                <w:bCs/>
                <w:lang w:val="fr-FR"/>
              </w:rPr>
              <w:t>7</w:t>
            </w:r>
          </w:p>
        </w:tc>
        <w:tc>
          <w:tcPr>
            <w:tcW w:w="1497" w:type="dxa"/>
          </w:tcPr>
          <w:p w14:paraId="4B3FB32B" w14:textId="630C7202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Nom de l’o</w:t>
            </w:r>
            <w:r w:rsidRPr="003C5CDE">
              <w:rPr>
                <w:rFonts w:asciiTheme="majorHAnsi" w:hAnsiTheme="majorHAnsi"/>
                <w:b/>
                <w:bCs/>
                <w:lang w:val="fr-FR"/>
              </w:rPr>
              <w:t>rganismes</w:t>
            </w:r>
          </w:p>
        </w:tc>
        <w:tc>
          <w:tcPr>
            <w:tcW w:w="1243" w:type="dxa"/>
          </w:tcPr>
          <w:p w14:paraId="2D747469" w14:textId="45C20794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3C5CDE">
              <w:rPr>
                <w:rFonts w:asciiTheme="majorHAnsi" w:hAnsiTheme="majorHAnsi"/>
                <w:b/>
                <w:bCs/>
                <w:lang w:val="fr-FR"/>
              </w:rPr>
              <w:t>Montants</w:t>
            </w:r>
          </w:p>
        </w:tc>
        <w:tc>
          <w:tcPr>
            <w:tcW w:w="1484" w:type="dxa"/>
          </w:tcPr>
          <w:p w14:paraId="44E0FB39" w14:textId="5CE17900" w:rsidR="00A7752C" w:rsidRPr="003C5CDE" w:rsidRDefault="00A7752C" w:rsidP="007A1F65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Versé ou en attente de réponse</w:t>
            </w:r>
          </w:p>
        </w:tc>
      </w:tr>
      <w:tr w:rsidR="00A7752C" w:rsidRPr="003C5CDE" w14:paraId="6CBD2431" w14:textId="06129AD1" w:rsidTr="00A7752C">
        <w:tc>
          <w:tcPr>
            <w:tcW w:w="1465" w:type="dxa"/>
          </w:tcPr>
          <w:p w14:paraId="33525ECC" w14:textId="77777777" w:rsidR="00A7752C" w:rsidRPr="003C5CDE" w:rsidRDefault="00A7752C" w:rsidP="007A1F65">
            <w:pPr>
              <w:rPr>
                <w:rFonts w:asciiTheme="majorHAnsi" w:hAnsiTheme="majorHAnsi"/>
                <w:lang w:val="fr-FR"/>
              </w:rPr>
            </w:pPr>
            <w:r w:rsidRPr="003C5CDE">
              <w:rPr>
                <w:rFonts w:asciiTheme="majorHAnsi" w:hAnsiTheme="majorHAnsi"/>
                <w:lang w:val="fr-FR"/>
              </w:rPr>
              <w:t>Exemple : Matériel / prototype</w:t>
            </w:r>
          </w:p>
        </w:tc>
        <w:tc>
          <w:tcPr>
            <w:tcW w:w="1387" w:type="dxa"/>
          </w:tcPr>
          <w:p w14:paraId="7A0B8D86" w14:textId="77777777" w:rsidR="00A7752C" w:rsidRPr="003C5CDE" w:rsidRDefault="00A7752C" w:rsidP="007A1F65">
            <w:pPr>
              <w:rPr>
                <w:rFonts w:asciiTheme="majorHAnsi" w:hAnsiTheme="majorHAnsi"/>
                <w:lang w:val="fr-FR"/>
              </w:rPr>
            </w:pPr>
            <w:r w:rsidRPr="003C5CDE">
              <w:rPr>
                <w:rFonts w:asciiTheme="majorHAnsi" w:hAnsiTheme="majorHAnsi"/>
                <w:lang w:val="fr-FR"/>
              </w:rPr>
              <w:t>...</w:t>
            </w:r>
          </w:p>
        </w:tc>
        <w:tc>
          <w:tcPr>
            <w:tcW w:w="1564" w:type="dxa"/>
          </w:tcPr>
          <w:p w14:paraId="28415095" w14:textId="77777777" w:rsidR="00A7752C" w:rsidRPr="003C5CDE" w:rsidRDefault="00A7752C" w:rsidP="007A1F65">
            <w:pPr>
              <w:rPr>
                <w:rFonts w:asciiTheme="majorHAnsi" w:hAnsiTheme="majorHAnsi"/>
                <w:lang w:val="fr-FR"/>
              </w:rPr>
            </w:pPr>
            <w:r w:rsidRPr="003C5CDE">
              <w:rPr>
                <w:rFonts w:asciiTheme="majorHAnsi" w:hAnsiTheme="majorHAnsi"/>
                <w:lang w:val="fr-FR"/>
              </w:rPr>
              <w:t>...</w:t>
            </w:r>
          </w:p>
        </w:tc>
        <w:tc>
          <w:tcPr>
            <w:tcW w:w="1497" w:type="dxa"/>
          </w:tcPr>
          <w:p w14:paraId="7730ED40" w14:textId="77777777" w:rsidR="00A7752C" w:rsidRPr="003C5CDE" w:rsidRDefault="00A7752C" w:rsidP="007A1F65">
            <w:pPr>
              <w:rPr>
                <w:rFonts w:asciiTheme="majorHAnsi" w:hAnsiTheme="majorHAnsi"/>
                <w:lang w:val="fr-FR"/>
              </w:rPr>
            </w:pPr>
          </w:p>
        </w:tc>
        <w:tc>
          <w:tcPr>
            <w:tcW w:w="1243" w:type="dxa"/>
          </w:tcPr>
          <w:p w14:paraId="675E7A62" w14:textId="77777777" w:rsidR="00A7752C" w:rsidRPr="003C5CDE" w:rsidRDefault="00A7752C" w:rsidP="007A1F65">
            <w:pPr>
              <w:rPr>
                <w:rFonts w:asciiTheme="majorHAnsi" w:hAnsiTheme="majorHAnsi"/>
                <w:lang w:val="fr-FR"/>
              </w:rPr>
            </w:pPr>
          </w:p>
        </w:tc>
        <w:tc>
          <w:tcPr>
            <w:tcW w:w="1484" w:type="dxa"/>
          </w:tcPr>
          <w:p w14:paraId="12CA06FD" w14:textId="77777777" w:rsidR="00A7752C" w:rsidRPr="003C5CDE" w:rsidRDefault="00A7752C" w:rsidP="007A1F65">
            <w:pPr>
              <w:rPr>
                <w:rFonts w:asciiTheme="majorHAnsi" w:hAnsiTheme="majorHAnsi"/>
                <w:lang w:val="fr-FR"/>
              </w:rPr>
            </w:pPr>
          </w:p>
        </w:tc>
      </w:tr>
    </w:tbl>
    <w:p w14:paraId="2F225141" w14:textId="41A02F80" w:rsidR="00451CBF" w:rsidRPr="003C5CDE" w:rsidRDefault="001A7703">
      <w:pPr>
        <w:pStyle w:val="Titre2"/>
        <w:rPr>
          <w:lang w:val="fr-FR"/>
        </w:rPr>
      </w:pPr>
      <w:r w:rsidRPr="003C5CDE">
        <w:rPr>
          <w:lang w:val="fr-FR"/>
        </w:rPr>
        <w:t>5. Informations complémentaires</w:t>
      </w:r>
    </w:p>
    <w:p w14:paraId="381D1BE5" w14:textId="0DA58001" w:rsidR="001A7703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 xml:space="preserve">Expliquer pourquoi vous portez ce projet : </w:t>
      </w:r>
    </w:p>
    <w:p w14:paraId="5294025A" w14:textId="4D1D8CE4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- Motivation personnelle et professionnelle,</w:t>
      </w:r>
      <w:r w:rsidR="003C5CDE">
        <w:rPr>
          <w:rFonts w:asciiTheme="majorHAnsi" w:hAnsiTheme="majorHAnsi"/>
          <w:lang w:val="fr-FR"/>
        </w:rPr>
        <w:t xml:space="preserve"> </w:t>
      </w:r>
      <w:r w:rsidRPr="003C5CDE">
        <w:rPr>
          <w:rFonts w:asciiTheme="majorHAnsi" w:hAnsiTheme="majorHAnsi"/>
          <w:lang w:val="fr-FR"/>
        </w:rPr>
        <w:t>impact attendu, engagement dans l’entrepreneuriat</w:t>
      </w:r>
    </w:p>
    <w:p w14:paraId="00CDC97A" w14:textId="2C0585F3" w:rsidR="00251F2D" w:rsidRPr="003C5CDE" w:rsidRDefault="00251F2D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 xml:space="preserve">- Contact de l’enseignant ou </w:t>
      </w:r>
      <w:r w:rsidR="003C5CDE" w:rsidRPr="003C5CDE">
        <w:rPr>
          <w:rFonts w:asciiTheme="majorHAnsi" w:hAnsiTheme="majorHAnsi"/>
          <w:lang w:val="fr-FR"/>
        </w:rPr>
        <w:t>réfèrent</w:t>
      </w:r>
      <w:r w:rsidRPr="003C5CDE">
        <w:rPr>
          <w:rFonts w:asciiTheme="majorHAnsi" w:hAnsiTheme="majorHAnsi"/>
          <w:lang w:val="fr-FR"/>
        </w:rPr>
        <w:t xml:space="preserve"> de l’institut agro qui suit le dossier : </w:t>
      </w:r>
    </w:p>
    <w:p w14:paraId="132B2B70" w14:textId="77777777" w:rsidR="00451CBF" w:rsidRPr="003C5CDE" w:rsidRDefault="001A7703">
      <w:pPr>
        <w:pStyle w:val="Titre2"/>
        <w:rPr>
          <w:lang w:val="fr-FR"/>
        </w:rPr>
      </w:pPr>
      <w:r w:rsidRPr="003C5CDE">
        <w:rPr>
          <w:lang w:val="fr-FR"/>
        </w:rPr>
        <w:t>6. Pièces jointes obligatoires</w:t>
      </w:r>
    </w:p>
    <w:p w14:paraId="7A2E1B03" w14:textId="50EBE4B8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="Segoe UI Symbol" w:hAnsi="Segoe UI Symbol" w:cs="Segoe UI Symbol"/>
          <w:lang w:val="fr-FR"/>
        </w:rPr>
        <w:t>☐</w:t>
      </w:r>
      <w:r w:rsidRPr="003C5CDE">
        <w:rPr>
          <w:rFonts w:asciiTheme="majorHAnsi" w:hAnsiTheme="majorHAnsi"/>
          <w:lang w:val="fr-FR"/>
        </w:rPr>
        <w:t xml:space="preserve"> CV au format PDF (Nom-Prénom-CV.pdf)</w:t>
      </w:r>
      <w:r w:rsidRPr="003C5CDE">
        <w:rPr>
          <w:rFonts w:asciiTheme="majorHAnsi" w:hAnsiTheme="majorHAnsi"/>
          <w:lang w:val="fr-FR"/>
        </w:rPr>
        <w:br/>
      </w:r>
      <w:r w:rsidRPr="003C5CDE">
        <w:rPr>
          <w:rFonts w:ascii="Segoe UI Symbol" w:hAnsi="Segoe UI Symbol" w:cs="Segoe UI Symbol"/>
          <w:lang w:val="fr-FR"/>
        </w:rPr>
        <w:t>☐</w:t>
      </w:r>
      <w:r w:rsidRPr="003C5CDE">
        <w:rPr>
          <w:rFonts w:asciiTheme="majorHAnsi" w:hAnsiTheme="majorHAnsi"/>
          <w:lang w:val="fr-FR"/>
        </w:rPr>
        <w:t xml:space="preserve"> RIB</w:t>
      </w:r>
      <w:r w:rsidRPr="003C5CDE">
        <w:rPr>
          <w:rFonts w:asciiTheme="majorHAnsi" w:hAnsiTheme="majorHAnsi"/>
          <w:lang w:val="fr-FR"/>
        </w:rPr>
        <w:br/>
      </w:r>
    </w:p>
    <w:p w14:paraId="55CF2C30" w14:textId="77777777" w:rsidR="00451CBF" w:rsidRPr="003C5CDE" w:rsidRDefault="001A7703">
      <w:pPr>
        <w:pStyle w:val="Titre2"/>
        <w:rPr>
          <w:lang w:val="fr-FR"/>
        </w:rPr>
      </w:pPr>
      <w:r w:rsidRPr="003C5CDE">
        <w:rPr>
          <w:lang w:val="fr-FR"/>
        </w:rPr>
        <w:t>7. Déclarations et engagements</w:t>
      </w:r>
    </w:p>
    <w:p w14:paraId="6D423E77" w14:textId="18CC5752" w:rsidR="001A7703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Je soussigné(e) : ............................................................................................ Certifie l’exactitude des informations fournies.</w:t>
      </w:r>
    </w:p>
    <w:p w14:paraId="381F3729" w14:textId="77777777" w:rsidR="001A7703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- Autorise la Fondation de l’Institut Agro à utiliser mon nom, la description du projet et les documents fournis dans ses actions de communication ;</w:t>
      </w:r>
    </w:p>
    <w:p w14:paraId="11C0C945" w14:textId="77777777" w:rsidR="001A7703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- M’engage à mentionner mon statut de « Lauréat/e d’une bourse de prototypage au titre de l’année 2025 » dans toute communication relative au projet.</w:t>
      </w:r>
    </w:p>
    <w:p w14:paraId="7811D0BF" w14:textId="35B173D8" w:rsidR="001A7703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Fait à …………………, le ………………… 202</w:t>
      </w:r>
      <w:r w:rsidR="00774088">
        <w:rPr>
          <w:rFonts w:asciiTheme="majorHAnsi" w:hAnsiTheme="majorHAnsi"/>
          <w:lang w:val="fr-FR"/>
        </w:rPr>
        <w:t>6</w:t>
      </w:r>
      <w:r w:rsidRPr="003C5CDE">
        <w:rPr>
          <w:rFonts w:asciiTheme="majorHAnsi" w:hAnsiTheme="majorHAnsi"/>
          <w:lang w:val="fr-FR"/>
        </w:rPr>
        <w:t xml:space="preserve"> </w:t>
      </w:r>
    </w:p>
    <w:p w14:paraId="07DF0F13" w14:textId="5E821D74" w:rsidR="00451CBF" w:rsidRPr="003C5CDE" w:rsidRDefault="001A7703">
      <w:pPr>
        <w:rPr>
          <w:rFonts w:asciiTheme="majorHAnsi" w:hAnsiTheme="majorHAnsi"/>
          <w:lang w:val="fr-FR"/>
        </w:rPr>
      </w:pPr>
      <w:r w:rsidRPr="003C5CDE">
        <w:rPr>
          <w:rFonts w:asciiTheme="majorHAnsi" w:hAnsiTheme="majorHAnsi"/>
          <w:lang w:val="fr-FR"/>
        </w:rPr>
        <w:t>Signature du/de la candidat(e) :</w:t>
      </w:r>
    </w:p>
    <w:p w14:paraId="1351F305" w14:textId="02A3D183" w:rsidR="00451CBF" w:rsidRPr="00A7752C" w:rsidRDefault="001A7703">
      <w:pPr>
        <w:rPr>
          <w:rFonts w:asciiTheme="majorHAnsi" w:hAnsiTheme="majorHAnsi"/>
          <w:i/>
          <w:iCs/>
          <w:sz w:val="20"/>
          <w:szCs w:val="20"/>
          <w:lang w:val="fr-FR"/>
        </w:rPr>
      </w:pPr>
      <w:r w:rsidRPr="00A7752C">
        <w:rPr>
          <w:rFonts w:asciiTheme="majorHAnsi" w:hAnsiTheme="majorHAnsi"/>
          <w:b/>
          <w:bCs/>
          <w:i/>
          <w:iCs/>
          <w:sz w:val="20"/>
          <w:szCs w:val="20"/>
          <w:lang w:val="fr-FR"/>
        </w:rPr>
        <w:t>Envoi du dossier :</w:t>
      </w:r>
      <w:r w:rsidRPr="00A7752C">
        <w:rPr>
          <w:rFonts w:asciiTheme="majorHAnsi" w:hAnsiTheme="majorHAnsi"/>
          <w:b/>
          <w:bCs/>
          <w:i/>
          <w:iCs/>
          <w:sz w:val="20"/>
          <w:szCs w:val="20"/>
          <w:lang w:val="fr-FR"/>
        </w:rPr>
        <w:br/>
      </w:r>
      <w:r w:rsidRPr="00A7752C">
        <w:rPr>
          <w:rFonts w:asciiTheme="majorHAnsi" w:hAnsiTheme="majorHAnsi"/>
          <w:i/>
          <w:iCs/>
          <w:sz w:val="20"/>
          <w:szCs w:val="20"/>
          <w:lang w:val="fr-FR"/>
        </w:rPr>
        <w:t xml:space="preserve">- À : </w:t>
      </w:r>
      <w:r w:rsidR="00774088" w:rsidRPr="00A7752C">
        <w:rPr>
          <w:rFonts w:asciiTheme="majorHAnsi" w:hAnsiTheme="majorHAnsi"/>
          <w:i/>
          <w:iCs/>
          <w:sz w:val="20"/>
          <w:szCs w:val="20"/>
          <w:lang w:val="fr-FR"/>
        </w:rPr>
        <w:t xml:space="preserve">christine.dumanget@institut-agro.fr </w:t>
      </w:r>
      <w:r w:rsidR="00774088">
        <w:rPr>
          <w:rFonts w:asciiTheme="majorHAnsi" w:hAnsiTheme="majorHAnsi"/>
          <w:i/>
          <w:iCs/>
          <w:sz w:val="20"/>
          <w:szCs w:val="20"/>
          <w:lang w:val="fr-FR"/>
        </w:rPr>
        <w:t xml:space="preserve">- </w:t>
      </w:r>
      <w:r w:rsidR="00A7752C" w:rsidRPr="00A7752C">
        <w:rPr>
          <w:rFonts w:asciiTheme="majorHAnsi" w:hAnsiTheme="majorHAnsi"/>
          <w:i/>
          <w:iCs/>
          <w:sz w:val="20"/>
          <w:szCs w:val="20"/>
          <w:lang w:val="fr-FR"/>
        </w:rPr>
        <w:t>anne.fagon@</w:t>
      </w:r>
      <w:r w:rsidRPr="00A7752C">
        <w:rPr>
          <w:rFonts w:asciiTheme="majorHAnsi" w:hAnsiTheme="majorHAnsi"/>
          <w:i/>
          <w:iCs/>
          <w:sz w:val="20"/>
          <w:szCs w:val="20"/>
          <w:lang w:val="fr-FR"/>
        </w:rPr>
        <w:t>institut-agro.fr &amp; stephane.wandriesse@institut-agro.fr</w:t>
      </w:r>
      <w:r w:rsidRPr="00A7752C">
        <w:rPr>
          <w:rFonts w:asciiTheme="majorHAnsi" w:hAnsiTheme="majorHAnsi"/>
          <w:i/>
          <w:iCs/>
          <w:sz w:val="20"/>
          <w:szCs w:val="20"/>
          <w:lang w:val="fr-FR"/>
        </w:rPr>
        <w:br/>
        <w:t>- Objet</w:t>
      </w:r>
      <w:r w:rsidR="00A7752C">
        <w:rPr>
          <w:rFonts w:asciiTheme="majorHAnsi" w:hAnsiTheme="majorHAnsi"/>
          <w:i/>
          <w:iCs/>
          <w:sz w:val="20"/>
          <w:szCs w:val="20"/>
          <w:lang w:val="fr-FR"/>
        </w:rPr>
        <w:t xml:space="preserve"> du mail</w:t>
      </w:r>
      <w:r w:rsidRPr="00A7752C">
        <w:rPr>
          <w:rFonts w:asciiTheme="majorHAnsi" w:hAnsiTheme="majorHAnsi"/>
          <w:i/>
          <w:iCs/>
          <w:sz w:val="20"/>
          <w:szCs w:val="20"/>
          <w:lang w:val="fr-FR"/>
        </w:rPr>
        <w:t xml:space="preserve"> : « Candidature - Bourses de prototypage - 202</w:t>
      </w:r>
      <w:r w:rsidR="00774088">
        <w:rPr>
          <w:rFonts w:asciiTheme="majorHAnsi" w:hAnsiTheme="majorHAnsi"/>
          <w:i/>
          <w:iCs/>
          <w:sz w:val="20"/>
          <w:szCs w:val="20"/>
          <w:lang w:val="fr-FR"/>
        </w:rPr>
        <w:t>6</w:t>
      </w:r>
      <w:r w:rsidRPr="00A7752C">
        <w:rPr>
          <w:rFonts w:asciiTheme="majorHAnsi" w:hAnsiTheme="majorHAnsi"/>
          <w:i/>
          <w:iCs/>
          <w:sz w:val="20"/>
          <w:szCs w:val="20"/>
          <w:lang w:val="fr-FR"/>
        </w:rPr>
        <w:t xml:space="preserve"> »</w:t>
      </w:r>
    </w:p>
    <w:sectPr w:rsidR="00451CBF" w:rsidRPr="00A7752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F0F7E" w14:textId="77777777" w:rsidR="00776D10" w:rsidRDefault="00776D10" w:rsidP="007A1F65">
      <w:pPr>
        <w:spacing w:after="0" w:line="240" w:lineRule="auto"/>
      </w:pPr>
      <w:r>
        <w:separator/>
      </w:r>
    </w:p>
  </w:endnote>
  <w:endnote w:type="continuationSeparator" w:id="0">
    <w:p w14:paraId="77557CAC" w14:textId="77777777" w:rsidR="00776D10" w:rsidRDefault="00776D10" w:rsidP="007A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4BCE4" w14:textId="77777777" w:rsidR="00776D10" w:rsidRDefault="00776D10" w:rsidP="007A1F65">
      <w:pPr>
        <w:spacing w:after="0" w:line="240" w:lineRule="auto"/>
      </w:pPr>
      <w:r>
        <w:separator/>
      </w:r>
    </w:p>
  </w:footnote>
  <w:footnote w:type="continuationSeparator" w:id="0">
    <w:p w14:paraId="5B4567ED" w14:textId="77777777" w:rsidR="00776D10" w:rsidRDefault="00776D10" w:rsidP="007A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B00B" w14:textId="4612AFCD" w:rsidR="007A1F65" w:rsidRDefault="007A1F65">
    <w:pPr>
      <w:pStyle w:val="En-tte"/>
    </w:pPr>
    <w:r>
      <w:rPr>
        <w:noProof/>
        <w:lang w:val="fr-FR" w:eastAsia="fr-FR"/>
      </w:rPr>
      <w:drawing>
        <wp:inline distT="0" distB="0" distL="0" distR="0" wp14:anchorId="55EF1294" wp14:editId="795E7032">
          <wp:extent cx="1869643" cy="56197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6173" cy="563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7703"/>
    <w:rsid w:val="00251F2D"/>
    <w:rsid w:val="0029639D"/>
    <w:rsid w:val="00326F90"/>
    <w:rsid w:val="003C5CDE"/>
    <w:rsid w:val="00451CBF"/>
    <w:rsid w:val="00774088"/>
    <w:rsid w:val="00776D10"/>
    <w:rsid w:val="007A1F65"/>
    <w:rsid w:val="007F28B2"/>
    <w:rsid w:val="00831BAC"/>
    <w:rsid w:val="00A7752C"/>
    <w:rsid w:val="00AA1D8D"/>
    <w:rsid w:val="00B47730"/>
    <w:rsid w:val="00BA4C56"/>
    <w:rsid w:val="00CB0664"/>
    <w:rsid w:val="00DE17EF"/>
    <w:rsid w:val="00F165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BD6D13"/>
  <w14:defaultImageDpi w14:val="330"/>
  <w15:docId w15:val="{AF94EABF-C2F1-434A-A26C-D9F78301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CF1E62-CFA5-46CF-8530-0EF8DF6A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KERHIR-PASQUIER Catherine</cp:lastModifiedBy>
  <cp:revision>2</cp:revision>
  <dcterms:created xsi:type="dcterms:W3CDTF">2026-10-22T07:17:00Z</dcterms:created>
  <dcterms:modified xsi:type="dcterms:W3CDTF">2026-10-22T07:17:00Z</dcterms:modified>
  <cp:category/>
</cp:coreProperties>
</file>